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  <w:jc w:val="center"/>
      </w:pPr>
      <w:r>
        <w:t>임대 계약 추가/수정 합의서</w:t>
      </w:r>
    </w:p>
    <w:p>
      <w:r>
        <w:br/>
        <w:t>본 임대 계약 추가/수정 합의서는 ______년 _____월 _____일 작성되었으며, 원본 임대 계약서 (작성일자: _______________)의 일부로 첨부되어 그 계약을 구성합니다.</w:t>
        <w:br/>
        <w:br/>
        <w:t>임대인(집주인): ________________________________________</w:t>
        <w:br/>
        <w:br/>
        <w:t>세입자: _______________________________________________</w:t>
        <w:br/>
        <w:br/>
        <w:t>임대 주택 주소:</w:t>
        <w:br/>
        <w:t>Street Address: ________________________________________</w:t>
        <w:br/>
        <w:t>City, State, Zip: ________________________________________</w:t>
        <w:br/>
        <w:br/>
        <w:t>임대인과 세입자는 아래와 같이 원본 임대 계약 내용을 추가 또는 수정하기로 합의하였습니다:</w:t>
        <w:br/>
        <w:br/>
        <w:t>_____________________________________________________________________________________</w:t>
        <w:br/>
        <w:t>_____________________________________________________________________________________</w:t>
        <w:br/>
        <w:t>_____________________________________________________________________________________</w:t>
        <w:br/>
        <w:t>_____________________________________________________________________________________</w:t>
        <w:br/>
        <w:br/>
        <w:t>본 합의서에 명시되지 않은 모든 사항은 기존 임대 계약서의 내용대로 유효하며 계속 적용됩니다.</w:t>
        <w:br/>
        <w:br/>
        <w:t>서명란:</w:t>
        <w:br/>
        <w:br/>
        <w:t>임대인 서명: ____________________________________________ 날짜: ________________</w:t>
        <w:br/>
        <w:br/>
        <w:t>세입자 서명: ____________________________________________ 날짜: ________________</w:t>
        <w:br/>
        <w:br/>
        <w:t>세입자 서명 (해당 시): ____________________________________ 날짜: ________________</w:t>
        <w:br/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